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14590" cy="106387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9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0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1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3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4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5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6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7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8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9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0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1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2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3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4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5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6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7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8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9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0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br w:type="page"/>
        <w:drawing>
          <wp:inline xmlns:a="http://schemas.openxmlformats.org/drawingml/2006/main" xmlns:pic="http://schemas.openxmlformats.org/drawingml/2006/picture">
            <wp:extent cx="7514590" cy="10638790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1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3879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20" w:h="16840"/>
      <w:pgMar w:top="43" w:right="43" w:bottom="43" w:left="4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image" Target="media/image34.jpg"/><Relationship Id="rId43" Type="http://schemas.openxmlformats.org/officeDocument/2006/relationships/image" Target="media/image35.jpg"/><Relationship Id="rId44" Type="http://schemas.openxmlformats.org/officeDocument/2006/relationships/image" Target="media/image36.jpg"/><Relationship Id="rId45" Type="http://schemas.openxmlformats.org/officeDocument/2006/relationships/image" Target="media/image37.jpg"/><Relationship Id="rId46" Type="http://schemas.openxmlformats.org/officeDocument/2006/relationships/image" Target="media/image38.jpg"/><Relationship Id="rId47" Type="http://schemas.openxmlformats.org/officeDocument/2006/relationships/image" Target="media/image39.jpg"/><Relationship Id="rId48" Type="http://schemas.openxmlformats.org/officeDocument/2006/relationships/image" Target="media/image40.jpg"/><Relationship Id="rId49" Type="http://schemas.openxmlformats.org/officeDocument/2006/relationships/image" Target="media/image41.jpg"/><Relationship Id="rId50" Type="http://schemas.openxmlformats.org/officeDocument/2006/relationships/image" Target="media/image42.jpg"/><Relationship Id="rId51" Type="http://schemas.openxmlformats.org/officeDocument/2006/relationships/image" Target="media/image43.jpg"/><Relationship Id="rId52" Type="http://schemas.openxmlformats.org/officeDocument/2006/relationships/image" Target="media/image44.jpg"/><Relationship Id="rId53" Type="http://schemas.openxmlformats.org/officeDocument/2006/relationships/image" Target="media/image45.jpg"/><Relationship Id="rId54" Type="http://schemas.openxmlformats.org/officeDocument/2006/relationships/image" Target="media/image46.jpg"/><Relationship Id="rId55" Type="http://schemas.openxmlformats.org/officeDocument/2006/relationships/image" Target="media/image47.jpg"/><Relationship Id="rId56" Type="http://schemas.openxmlformats.org/officeDocument/2006/relationships/image" Target="media/image48.jpg"/><Relationship Id="rId57" Type="http://schemas.openxmlformats.org/officeDocument/2006/relationships/image" Target="media/image49.jpg"/><Relationship Id="rId58" Type="http://schemas.openxmlformats.org/officeDocument/2006/relationships/image" Target="media/image50.jpg"/><Relationship Id="rId59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