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194600" cy="101710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4600" cy="10171009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194600" cy="101710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94600" cy="10171009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194600" cy="1017100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94600" cy="1017100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288" w:right="288" w:bottom="288" w:left="28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