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24927" cy="1049994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24927" cy="1049994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72" w:right="72" w:bottom="72" w:left="7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