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0000" cy="106776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