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360920" cy="1040613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60920" cy="10406136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360920" cy="10406136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60920" cy="10406136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360920" cy="10406136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60920" cy="10406136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360920" cy="10406136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60920" cy="10406136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360920" cy="10406136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5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60920" cy="10406136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360920" cy="10406136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6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60920" cy="10406136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9" w:h="16834"/>
      <w:pgMar w:top="144" w:right="144" w:bottom="144" w:left="144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CONCESIÓN 7421 2025 CONCURRENCIA ESCUELAS 2025</dc:title>
  <dc:subject/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