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58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587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58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587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587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587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587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587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58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587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587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587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144" w:right="144" w:bottom="144" w:left="14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