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564" cy="1063892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3892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