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534656" cy="106527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5276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534656" cy="1065276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5276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