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80000" cy="1043640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104364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80000" cy="1043640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104364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80000" cy="1043640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1043640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13" w:right="99" w:bottom="113" w:left="99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