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2000" cy="104114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2000" cy="10411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2000" cy="104114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2000" cy="10411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2000" cy="1041141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2000" cy="10411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362000" cy="104114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2000" cy="104114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13" w:right="142" w:bottom="113" w:left="14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