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18251424" cy="1026642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51424" cy="1026642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28800" w:h="16200" w:orient="landscape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