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23988" cy="1064666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3988" cy="10646663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23988" cy="1064666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3988" cy="10646663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23988" cy="1064666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23988" cy="1064666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29" w:right="29" w:bottom="29" w:left="29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