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523480" cy="106553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23480" cy="1065530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523480" cy="106553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23480" cy="1065530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523480" cy="106553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23480" cy="1065530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523480" cy="106553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23480" cy="1065530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523480" cy="106553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23480" cy="1065530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523480" cy="106553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23480" cy="1065530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523480" cy="106553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23480" cy="1065530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523480" cy="106553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8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23480" cy="106553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29" w:right="29" w:bottom="29" w:left="29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Boletín Oficial del Parlamento de Canarias - Núm. 264</dc:title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