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614160" cy="99212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14160" cy="992124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0560" w:h="15840"/>
      <w:pgMar w:top="108" w:right="72" w:bottom="108" w:left="72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