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Lines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345063" cy="1044173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45063" cy="104417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pageBreakBefore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345063" cy="1044173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45063" cy="104417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pageBreakBefore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345063" cy="1039328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45063" cy="1039328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794" w:h="16776"/>
      <w:pgMar w:top="113" w:right="113" w:bottom="113" w:left="113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