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692900" cy="10033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10033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692900" cy="10033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10033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692900" cy="10033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10033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0560" w:h="15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