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Picture 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ageBreakBefore/>
        <w:spacing w:before="0" w:after="0" w:line="20" w:lineRule="exac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2" name="Picture 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</w:p>
    <w:sectPr w:rsidR="00FC693F" w:rsidRPr="0006063C" w:rsidSect="00034616">
      <w:headerReference w:type="default" r:id="rId9"/>
      <w:footerReference w:type="default" r:id="rId10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