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985582" cy="98755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582" cy="987552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985582" cy="98755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5582" cy="987552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985582" cy="987552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582" cy="987552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985582" cy="987552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582" cy="987552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985582" cy="987552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5582" cy="987552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985582" cy="987552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85582" cy="987552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